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52" w:rsidRDefault="00710F46">
      <w:r>
        <w:rPr>
          <w:b/>
        </w:rPr>
        <w:t>RECEIVING INSTITUTION</w:t>
      </w:r>
      <w:bookmarkStart w:id="0" w:name="_GoBack"/>
      <w:bookmarkEnd w:id="0"/>
    </w:p>
    <w:p w:rsidR="00B34B52" w:rsidRDefault="00CF13AC">
      <w:r>
        <w:t xml:space="preserve">Inatel - </w:t>
      </w:r>
      <w:proofErr w:type="spellStart"/>
      <w:r w:rsidR="00710F46">
        <w:t>Institu</w:t>
      </w:r>
      <w:r>
        <w:t>to</w:t>
      </w:r>
      <w:proofErr w:type="spellEnd"/>
      <w:r>
        <w:t xml:space="preserve"> Nacional de </w:t>
      </w:r>
      <w:proofErr w:type="spellStart"/>
      <w:r>
        <w:t>Telecomunicações</w:t>
      </w:r>
      <w:proofErr w:type="spellEnd"/>
      <w:r w:rsidR="00710F46">
        <w:br/>
        <w:t>Av. João de Camargo, 210 – Centro</w:t>
      </w:r>
      <w:r w:rsidR="00710F46">
        <w:br/>
        <w:t xml:space="preserve">Santa Rita do </w:t>
      </w:r>
      <w:proofErr w:type="spellStart"/>
      <w:r w:rsidR="00710F46">
        <w:t>Sapucaí</w:t>
      </w:r>
      <w:proofErr w:type="spellEnd"/>
      <w:r w:rsidR="00710F46">
        <w:t xml:space="preserve"> – MG, Brazil</w:t>
      </w:r>
    </w:p>
    <w:p w:rsidR="00B34B52" w:rsidRDefault="00710F46">
      <w:r>
        <w:rPr>
          <w:b/>
        </w:rPr>
        <w:t>INCOMING COORDINATOR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963"/>
      </w:tblGrid>
      <w:tr w:rsidR="005A4029" w:rsidTr="00CF13AC">
        <w:trPr>
          <w:jc w:val="center"/>
        </w:trPr>
        <w:tc>
          <w:tcPr>
            <w:tcW w:w="8963" w:type="dxa"/>
          </w:tcPr>
          <w:p w:rsidR="005A4029" w:rsidRDefault="00CF13AC" w:rsidP="00CF13AC">
            <w:r w:rsidRPr="00CF13AC">
              <w:t>Prof.</w:t>
            </w:r>
            <w:r>
              <w:t xml:space="preserve"> </w:t>
            </w:r>
            <w:r w:rsidRPr="00CF13AC">
              <w:t>MSc.</w:t>
            </w:r>
            <w:r>
              <w:t xml:space="preserve"> </w:t>
            </w:r>
            <w:r w:rsidRPr="00CF13AC">
              <w:t>Bruno de Oliveira Monteiro</w:t>
            </w:r>
            <w:r w:rsidR="005A4029">
              <w:t xml:space="preserve">, </w:t>
            </w:r>
            <w:r>
              <w:t>Mobile: +55</w:t>
            </w:r>
            <w:r w:rsidRPr="00CF13AC">
              <w:t xml:space="preserve"> 35 991316479</w:t>
            </w:r>
            <w:r w:rsidR="005A4029">
              <w:t>, E-mail: nesp@inatel.br</w:t>
            </w:r>
          </w:p>
        </w:tc>
      </w:tr>
    </w:tbl>
    <w:p w:rsidR="00B34B52" w:rsidRDefault="00710F46">
      <w:r>
        <w:rPr>
          <w:b/>
        </w:rPr>
        <w:t>SENDING INSTITUTION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375"/>
      </w:tblGrid>
      <w:tr w:rsidR="00B34B52" w:rsidTr="00CF13AC">
        <w:trPr>
          <w:jc w:val="center"/>
        </w:trPr>
        <w:tc>
          <w:tcPr>
            <w:tcW w:w="1985" w:type="dxa"/>
            <w:vAlign w:val="center"/>
          </w:tcPr>
          <w:p w:rsidR="00B34B52" w:rsidRDefault="00710F46" w:rsidP="00CF13AC">
            <w:r>
              <w:t>Institution Name</w:t>
            </w:r>
          </w:p>
        </w:tc>
        <w:tc>
          <w:tcPr>
            <w:tcW w:w="7375" w:type="dxa"/>
            <w:vAlign w:val="center"/>
          </w:tcPr>
          <w:p w:rsidR="00B34B52" w:rsidRDefault="00B34B52" w:rsidP="00CF13AC"/>
        </w:tc>
      </w:tr>
      <w:tr w:rsidR="00B34B52" w:rsidTr="00CF13AC">
        <w:trPr>
          <w:jc w:val="center"/>
        </w:trPr>
        <w:tc>
          <w:tcPr>
            <w:tcW w:w="1985" w:type="dxa"/>
            <w:vAlign w:val="center"/>
          </w:tcPr>
          <w:p w:rsidR="00F74D63" w:rsidRDefault="00710F46" w:rsidP="00CF13AC">
            <w:r>
              <w:t>Address</w:t>
            </w:r>
          </w:p>
        </w:tc>
        <w:tc>
          <w:tcPr>
            <w:tcW w:w="7375" w:type="dxa"/>
            <w:vAlign w:val="center"/>
          </w:tcPr>
          <w:p w:rsidR="00B34B52" w:rsidRDefault="00B34B52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EB4DC4" w:rsidP="00CF13AC">
            <w:r>
              <w:t>Departmental coordinator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EB4DC4" w:rsidP="00CF13AC">
            <w:r>
              <w:t>Phone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EB4DC4" w:rsidP="00CF13AC">
            <w:r>
              <w:t>E-mail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</w:tbl>
    <w:p w:rsidR="005A4029" w:rsidRDefault="005A4029" w:rsidP="00EF6983">
      <w:pPr>
        <w:rPr>
          <w:b/>
        </w:rPr>
      </w:pPr>
    </w:p>
    <w:p w:rsidR="00EF6983" w:rsidRDefault="00EF6983" w:rsidP="00EF6983">
      <w:r>
        <w:rPr>
          <w:b/>
        </w:rPr>
        <w:t xml:space="preserve">PROJECT COORDINATOR / </w:t>
      </w:r>
      <w:r>
        <w:rPr>
          <w:rStyle w:val="Forte"/>
        </w:rPr>
        <w:t>SUPERVISOR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7469"/>
      </w:tblGrid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Full Name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Date of Birth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Gender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32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Nationality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Passport or ID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Email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Mobile Phone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32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Full Address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343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 w:rsidRPr="005A4029">
              <w:t>Degree / Field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  <w:tr w:rsidR="005A4029" w:rsidTr="00CF13AC">
        <w:trPr>
          <w:trHeight w:val="217"/>
          <w:jc w:val="center"/>
        </w:trPr>
        <w:tc>
          <w:tcPr>
            <w:tcW w:w="2010" w:type="dxa"/>
            <w:vAlign w:val="center"/>
          </w:tcPr>
          <w:p w:rsidR="005A4029" w:rsidRDefault="005A4029" w:rsidP="00CF13AC">
            <w:r>
              <w:t>Position</w:t>
            </w:r>
          </w:p>
        </w:tc>
        <w:tc>
          <w:tcPr>
            <w:tcW w:w="7469" w:type="dxa"/>
            <w:vAlign w:val="center"/>
          </w:tcPr>
          <w:p w:rsidR="005A4029" w:rsidRDefault="005A4029" w:rsidP="00CF13AC"/>
        </w:tc>
      </w:tr>
    </w:tbl>
    <w:p w:rsidR="00B34B52" w:rsidRDefault="00B34B52"/>
    <w:p w:rsidR="002B5220" w:rsidRDefault="002B5220" w:rsidP="002B5220">
      <w:r>
        <w:rPr>
          <w:b/>
        </w:rPr>
        <w:lastRenderedPageBreak/>
        <w:t>STUDENT PERSONAL DATA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375"/>
      </w:tblGrid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2B5220" w:rsidP="00CF13AC">
            <w:r>
              <w:t>Full Name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2B5220" w:rsidP="00CF13AC">
            <w:r>
              <w:t>Date of Birth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EF6983" w:rsidTr="00CF13AC">
        <w:trPr>
          <w:jc w:val="center"/>
        </w:trPr>
        <w:tc>
          <w:tcPr>
            <w:tcW w:w="1985" w:type="dxa"/>
            <w:vAlign w:val="center"/>
          </w:tcPr>
          <w:p w:rsidR="00EF6983" w:rsidRDefault="00EF6983" w:rsidP="00CF13AC">
            <w:r>
              <w:t>Gender</w:t>
            </w:r>
          </w:p>
        </w:tc>
        <w:tc>
          <w:tcPr>
            <w:tcW w:w="7375" w:type="dxa"/>
            <w:vAlign w:val="center"/>
          </w:tcPr>
          <w:p w:rsidR="00EF6983" w:rsidRDefault="00EF6983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2B5220" w:rsidP="00CF13AC">
            <w:r>
              <w:t>Nationality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C17F18" w:rsidP="00CF13AC">
            <w:r>
              <w:t>Passport</w:t>
            </w:r>
            <w:r w:rsidR="00EF6983">
              <w:t xml:space="preserve"> or ID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2B5220" w:rsidP="00CF13AC">
            <w:r>
              <w:t>Email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2B5220" w:rsidTr="00CF13AC">
        <w:trPr>
          <w:jc w:val="center"/>
        </w:trPr>
        <w:tc>
          <w:tcPr>
            <w:tcW w:w="1985" w:type="dxa"/>
            <w:vAlign w:val="center"/>
          </w:tcPr>
          <w:p w:rsidR="002B5220" w:rsidRDefault="002B5220" w:rsidP="00CF13AC">
            <w:r>
              <w:t>Mobile Phone</w:t>
            </w:r>
          </w:p>
        </w:tc>
        <w:tc>
          <w:tcPr>
            <w:tcW w:w="7375" w:type="dxa"/>
            <w:vAlign w:val="center"/>
          </w:tcPr>
          <w:p w:rsidR="002B5220" w:rsidRDefault="002B5220" w:rsidP="00CF13AC"/>
        </w:tc>
      </w:tr>
      <w:tr w:rsidR="00EF6983" w:rsidTr="00CF13AC">
        <w:trPr>
          <w:jc w:val="center"/>
        </w:trPr>
        <w:tc>
          <w:tcPr>
            <w:tcW w:w="1985" w:type="dxa"/>
            <w:vAlign w:val="center"/>
          </w:tcPr>
          <w:p w:rsidR="00EF6983" w:rsidRDefault="00C17F18" w:rsidP="00CF13AC">
            <w:r>
              <w:t xml:space="preserve">Full </w:t>
            </w:r>
            <w:r w:rsidR="00EF6983">
              <w:t>Address</w:t>
            </w:r>
          </w:p>
        </w:tc>
        <w:tc>
          <w:tcPr>
            <w:tcW w:w="7375" w:type="dxa"/>
            <w:vAlign w:val="center"/>
          </w:tcPr>
          <w:p w:rsidR="00EF6983" w:rsidRDefault="00EF6983" w:rsidP="00CF13AC"/>
        </w:tc>
      </w:tr>
      <w:tr w:rsidR="00EF6983" w:rsidTr="00CF13AC">
        <w:trPr>
          <w:jc w:val="center"/>
        </w:trPr>
        <w:tc>
          <w:tcPr>
            <w:tcW w:w="1985" w:type="dxa"/>
            <w:vAlign w:val="center"/>
          </w:tcPr>
          <w:p w:rsidR="00EF6983" w:rsidRDefault="00EF6983" w:rsidP="00CF13AC">
            <w:r>
              <w:t>Degree Program</w:t>
            </w:r>
          </w:p>
        </w:tc>
        <w:tc>
          <w:tcPr>
            <w:tcW w:w="7375" w:type="dxa"/>
            <w:vAlign w:val="center"/>
          </w:tcPr>
          <w:p w:rsidR="00EF6983" w:rsidRDefault="00EF6983" w:rsidP="00CF13AC"/>
        </w:tc>
      </w:tr>
      <w:tr w:rsidR="00EF6983" w:rsidTr="00CF13AC">
        <w:trPr>
          <w:jc w:val="center"/>
        </w:trPr>
        <w:tc>
          <w:tcPr>
            <w:tcW w:w="1985" w:type="dxa"/>
            <w:vAlign w:val="center"/>
          </w:tcPr>
          <w:p w:rsidR="00EF6983" w:rsidRDefault="00C17F18" w:rsidP="00CF13AC">
            <w:r>
              <w:t>Current semester</w:t>
            </w:r>
          </w:p>
        </w:tc>
        <w:tc>
          <w:tcPr>
            <w:tcW w:w="7375" w:type="dxa"/>
            <w:vAlign w:val="center"/>
          </w:tcPr>
          <w:p w:rsidR="00EF6983" w:rsidRDefault="00EF6983" w:rsidP="00CF13AC"/>
        </w:tc>
      </w:tr>
    </w:tbl>
    <w:p w:rsidR="002B5220" w:rsidRDefault="002B5220" w:rsidP="002B5220">
      <w:pPr>
        <w:rPr>
          <w:b/>
        </w:rPr>
      </w:pPr>
    </w:p>
    <w:p w:rsidR="002B5220" w:rsidRPr="006120B9" w:rsidRDefault="002B5220" w:rsidP="002B5220">
      <w:pPr>
        <w:rPr>
          <w:b/>
        </w:rPr>
      </w:pPr>
      <w:r>
        <w:rPr>
          <w:b/>
        </w:rPr>
        <w:t>STUDENT PERSONAL DATA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375"/>
      </w:tblGrid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Full Name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Date of Birth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Gender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Nationality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Passport or ID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Email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Mobile Phone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Full Address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Degree Program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center"/>
          </w:tcPr>
          <w:p w:rsidR="00C17F18" w:rsidRDefault="00C17F18" w:rsidP="00CF13AC">
            <w:r>
              <w:t>Current semester</w:t>
            </w:r>
          </w:p>
        </w:tc>
        <w:tc>
          <w:tcPr>
            <w:tcW w:w="7375" w:type="dxa"/>
            <w:vAlign w:val="center"/>
          </w:tcPr>
          <w:p w:rsidR="00C17F18" w:rsidRDefault="00C17F18" w:rsidP="00CF13AC"/>
        </w:tc>
      </w:tr>
    </w:tbl>
    <w:p w:rsidR="005A4029" w:rsidRDefault="005A4029" w:rsidP="00C17F18">
      <w:pPr>
        <w:rPr>
          <w:b/>
        </w:rPr>
      </w:pPr>
    </w:p>
    <w:p w:rsidR="00C17F18" w:rsidRPr="006120B9" w:rsidRDefault="00C17F18" w:rsidP="00C17F18">
      <w:pPr>
        <w:rPr>
          <w:b/>
        </w:rPr>
      </w:pPr>
      <w:r>
        <w:rPr>
          <w:b/>
        </w:rPr>
        <w:lastRenderedPageBreak/>
        <w:t>STUDENT PERSONAL DATA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375"/>
      </w:tblGrid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Full Name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Date of Birth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Gender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Nationality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Passport or ID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Email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Mobile Phone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Full Address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Degree Program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  <w:tr w:rsidR="00C17F18" w:rsidTr="00CF13AC">
        <w:trPr>
          <w:jc w:val="center"/>
        </w:trPr>
        <w:tc>
          <w:tcPr>
            <w:tcW w:w="1985" w:type="dxa"/>
            <w:vAlign w:val="bottom"/>
          </w:tcPr>
          <w:p w:rsidR="00C17F18" w:rsidRDefault="00C17F18" w:rsidP="00CF13AC">
            <w:r>
              <w:t>Current semester</w:t>
            </w:r>
          </w:p>
        </w:tc>
        <w:tc>
          <w:tcPr>
            <w:tcW w:w="7375" w:type="dxa"/>
            <w:vAlign w:val="bottom"/>
          </w:tcPr>
          <w:p w:rsidR="00C17F18" w:rsidRDefault="00C17F18" w:rsidP="00CF13AC"/>
        </w:tc>
      </w:tr>
    </w:tbl>
    <w:p w:rsidR="00C17F18" w:rsidRDefault="00C17F18">
      <w:pPr>
        <w:rPr>
          <w:b/>
        </w:rPr>
      </w:pPr>
    </w:p>
    <w:p w:rsidR="00B34B52" w:rsidRDefault="00710F46">
      <w:pPr>
        <w:rPr>
          <w:b/>
        </w:rPr>
      </w:pPr>
      <w:r>
        <w:rPr>
          <w:b/>
        </w:rPr>
        <w:t>LANGUAGE SKILLS</w:t>
      </w:r>
      <w:r w:rsidR="00F74D63">
        <w:rPr>
          <w:b/>
        </w:rPr>
        <w:t xml:space="preserve">: </w:t>
      </w:r>
    </w:p>
    <w:p w:rsidR="00C17F18" w:rsidRDefault="00C17F18">
      <w:pPr>
        <w:rPr>
          <w:rStyle w:val="Forte"/>
        </w:rPr>
      </w:pPr>
      <w:r>
        <w:rPr>
          <w:rStyle w:val="Forte"/>
        </w:rPr>
        <w:t>First Language</w:t>
      </w:r>
      <w:proofErr w:type="gramStart"/>
      <w:r>
        <w:rPr>
          <w:rStyle w:val="Forte"/>
        </w:rPr>
        <w:t>:</w:t>
      </w:r>
      <w:proofErr w:type="gramEnd"/>
      <w:r>
        <w:br/>
      </w:r>
      <w:r>
        <w:rPr>
          <w:rStyle w:val="Forte"/>
        </w:rPr>
        <w:t>Language of Instruction at Your Home Institution:</w:t>
      </w:r>
    </w:p>
    <w:p w:rsidR="00C17F18" w:rsidRPr="00C17F18" w:rsidRDefault="00C17F18">
      <w:pPr>
        <w:rPr>
          <w:bCs/>
        </w:rPr>
      </w:pPr>
      <w:r w:rsidRPr="00C17F18">
        <w:rPr>
          <w:bCs/>
        </w:rPr>
        <w:t>Project team members can present the project in the following languages. Please indicate their level of proficiency for each:</w:t>
      </w:r>
    </w:p>
    <w:p w:rsidR="00F74D63" w:rsidRDefault="00F74D63" w:rsidP="00F74D63">
      <w:pPr>
        <w:pStyle w:val="PargrafodaLista"/>
        <w:numPr>
          <w:ilvl w:val="0"/>
          <w:numId w:val="10"/>
        </w:numPr>
      </w:pPr>
      <w:r>
        <w:t xml:space="preserve">Basic </w:t>
      </w:r>
      <w:r w:rsidRPr="00F74D63">
        <w:t xml:space="preserve">| </w:t>
      </w:r>
      <w:r w:rsidRPr="00F74D63">
        <w:rPr>
          <w:b/>
        </w:rPr>
        <w:t>2-</w:t>
      </w:r>
      <w:r>
        <w:t xml:space="preserve"> Intermediate | </w:t>
      </w:r>
      <w:r w:rsidRPr="00F74D63">
        <w:rPr>
          <w:b/>
        </w:rPr>
        <w:t>3-</w:t>
      </w:r>
      <w:r>
        <w:t xml:space="preserve"> Advanced</w:t>
      </w:r>
      <w:r w:rsidR="006120B9">
        <w:t xml:space="preserve"> | </w:t>
      </w:r>
      <w:r w:rsidR="006120B9" w:rsidRPr="006120B9">
        <w:rPr>
          <w:b/>
        </w:rPr>
        <w:t>4-</w:t>
      </w:r>
      <w:r w:rsidR="006120B9">
        <w:t xml:space="preserve"> </w:t>
      </w:r>
      <w:r w:rsidR="00C17F18">
        <w:t>Fluent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34B52" w:rsidTr="002B5220">
        <w:trPr>
          <w:jc w:val="center"/>
        </w:trPr>
        <w:tc>
          <w:tcPr>
            <w:tcW w:w="2340" w:type="dxa"/>
            <w:vAlign w:val="center"/>
          </w:tcPr>
          <w:p w:rsidR="00B34B52" w:rsidRPr="002B5220" w:rsidRDefault="00710F46" w:rsidP="002B5220">
            <w:pPr>
              <w:rPr>
                <w:b/>
              </w:rPr>
            </w:pPr>
            <w:r w:rsidRPr="002B5220">
              <w:rPr>
                <w:b/>
              </w:rPr>
              <w:t>Language</w:t>
            </w:r>
          </w:p>
        </w:tc>
        <w:tc>
          <w:tcPr>
            <w:tcW w:w="2340" w:type="dxa"/>
            <w:vAlign w:val="center"/>
          </w:tcPr>
          <w:p w:rsidR="00B34B52" w:rsidRDefault="00710F46" w:rsidP="002B5220">
            <w:r>
              <w:t>Reading</w:t>
            </w:r>
          </w:p>
        </w:tc>
        <w:tc>
          <w:tcPr>
            <w:tcW w:w="2340" w:type="dxa"/>
            <w:vAlign w:val="center"/>
          </w:tcPr>
          <w:p w:rsidR="00B34B52" w:rsidRDefault="00710F46" w:rsidP="002B5220">
            <w:r>
              <w:t>Writing</w:t>
            </w:r>
          </w:p>
        </w:tc>
        <w:tc>
          <w:tcPr>
            <w:tcW w:w="2340" w:type="dxa"/>
            <w:vAlign w:val="center"/>
          </w:tcPr>
          <w:p w:rsidR="00B34B52" w:rsidRDefault="00710F46" w:rsidP="002B5220">
            <w:r>
              <w:t>Speaking</w:t>
            </w:r>
          </w:p>
        </w:tc>
      </w:tr>
      <w:tr w:rsidR="00B34B52" w:rsidTr="002B5220">
        <w:trPr>
          <w:jc w:val="center"/>
        </w:trPr>
        <w:tc>
          <w:tcPr>
            <w:tcW w:w="2340" w:type="dxa"/>
            <w:vAlign w:val="center"/>
          </w:tcPr>
          <w:p w:rsidR="00B34B52" w:rsidRDefault="00710F46" w:rsidP="002B5220">
            <w:r>
              <w:t>Portuguese</w:t>
            </w:r>
          </w:p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</w:tr>
      <w:tr w:rsidR="00B34B52" w:rsidTr="002B5220">
        <w:trPr>
          <w:jc w:val="center"/>
        </w:trPr>
        <w:tc>
          <w:tcPr>
            <w:tcW w:w="2340" w:type="dxa"/>
            <w:vAlign w:val="center"/>
          </w:tcPr>
          <w:p w:rsidR="00B34B52" w:rsidRDefault="00710F46" w:rsidP="002B5220">
            <w:r>
              <w:t>English</w:t>
            </w:r>
          </w:p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</w:tr>
      <w:tr w:rsidR="00B34B52" w:rsidTr="002B5220">
        <w:trPr>
          <w:jc w:val="center"/>
        </w:trPr>
        <w:tc>
          <w:tcPr>
            <w:tcW w:w="2340" w:type="dxa"/>
            <w:vAlign w:val="center"/>
          </w:tcPr>
          <w:p w:rsidR="00B34B52" w:rsidRDefault="00710F46" w:rsidP="002B5220">
            <w:r>
              <w:t>Spanish</w:t>
            </w:r>
          </w:p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  <w:tc>
          <w:tcPr>
            <w:tcW w:w="2340" w:type="dxa"/>
            <w:vAlign w:val="center"/>
          </w:tcPr>
          <w:p w:rsidR="00B34B52" w:rsidRDefault="00B34B52" w:rsidP="002B5220"/>
        </w:tc>
      </w:tr>
    </w:tbl>
    <w:p w:rsidR="005A4029" w:rsidRDefault="005A4029">
      <w:pPr>
        <w:rPr>
          <w:b/>
        </w:rPr>
      </w:pPr>
    </w:p>
    <w:p w:rsidR="005A4029" w:rsidRDefault="005A4029">
      <w:pPr>
        <w:rPr>
          <w:b/>
        </w:rPr>
      </w:pPr>
      <w:r w:rsidRPr="005A4029">
        <w:rPr>
          <w:b/>
        </w:rPr>
        <w:t>TEAM REPRESENTATIVE (IF APPLICABLE)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5A4029" w:rsidTr="00CE5799">
        <w:tc>
          <w:tcPr>
            <w:tcW w:w="3600" w:type="dxa"/>
          </w:tcPr>
          <w:p w:rsidR="005A4029" w:rsidRDefault="005A4029" w:rsidP="00CE5799"/>
        </w:tc>
        <w:tc>
          <w:tcPr>
            <w:tcW w:w="5760" w:type="dxa"/>
          </w:tcPr>
          <w:p w:rsidR="005A4029" w:rsidRDefault="005A4029" w:rsidP="00CE5799"/>
        </w:tc>
      </w:tr>
    </w:tbl>
    <w:p w:rsidR="005A4029" w:rsidRPr="005A4029" w:rsidRDefault="00CF13AC">
      <w:pPr>
        <w:rPr>
          <w:b/>
        </w:rPr>
      </w:pPr>
      <w:r>
        <w:rPr>
          <w:b/>
        </w:rPr>
        <w:lastRenderedPageBreak/>
        <w:t>PROJECT INFORMATION</w:t>
      </w:r>
    </w:p>
    <w:p w:rsidR="00CF13AC" w:rsidRDefault="00CF13AC" w:rsidP="00CF13AC">
      <w:r>
        <w:rPr>
          <w:b/>
        </w:rPr>
        <w:t>PROJECT FIELD (Select one):</w:t>
      </w:r>
    </w:p>
    <w:p w:rsidR="00CF13AC" w:rsidRDefault="00CC6DCA" w:rsidP="00CF13AC">
      <w:sdt>
        <w:sdtPr>
          <w:id w:val="-1686670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Biomedical</w:t>
      </w:r>
    </w:p>
    <w:p w:rsidR="00CF13AC" w:rsidRDefault="00CC6DCA" w:rsidP="00CF13AC">
      <w:sdt>
        <w:sdtPr>
          <w:id w:val="-160341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Computer Engineering</w:t>
      </w:r>
    </w:p>
    <w:p w:rsidR="00CF13AC" w:rsidRDefault="00CC6DCA" w:rsidP="00CF13AC">
      <w:sdt>
        <w:sdtPr>
          <w:id w:val="-2004654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Telecommunications</w:t>
      </w:r>
    </w:p>
    <w:p w:rsidR="00CF13AC" w:rsidRDefault="00CC6DCA" w:rsidP="00CF13AC">
      <w:sdt>
        <w:sdtPr>
          <w:id w:val="-6827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Electronics</w:t>
      </w:r>
    </w:p>
    <w:p w:rsidR="00CF13AC" w:rsidRDefault="00CC6DCA" w:rsidP="00CF13AC">
      <w:sdt>
        <w:sdtPr>
          <w:id w:val="350999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Automation and Control</w:t>
      </w:r>
    </w:p>
    <w:p w:rsidR="00CF13AC" w:rsidRDefault="00CC6DCA" w:rsidP="00CF13AC">
      <w:sdt>
        <w:sdtPr>
          <w:id w:val="-56552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Computer Networks</w:t>
      </w:r>
    </w:p>
    <w:p w:rsidR="00CF13AC" w:rsidRDefault="00CC6DCA" w:rsidP="00CF13AC">
      <w:sdt>
        <w:sdtPr>
          <w:id w:val="-17933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Software Engineering</w:t>
      </w:r>
    </w:p>
    <w:p w:rsidR="00CF13AC" w:rsidRDefault="00CC6DCA" w:rsidP="00CF13AC">
      <w:sdt>
        <w:sdtPr>
          <w:id w:val="1919200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Production Engineering</w:t>
      </w:r>
    </w:p>
    <w:p w:rsidR="00CF13AC" w:rsidRDefault="00CC6DCA" w:rsidP="00CF13AC">
      <w:sdt>
        <w:sdtPr>
          <w:id w:val="59907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Electrical Engineering</w:t>
      </w:r>
    </w:p>
    <w:p w:rsidR="00CF13AC" w:rsidRDefault="00CC6DCA" w:rsidP="00CF13AC">
      <w:sdt>
        <w:sdtPr>
          <w:id w:val="-771860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3AC">
            <w:rPr>
              <w:rFonts w:ascii="MS Gothic" w:eastAsia="MS Gothic" w:hAnsi="MS Gothic" w:hint="eastAsia"/>
            </w:rPr>
            <w:t>☐</w:t>
          </w:r>
        </w:sdtContent>
      </w:sdt>
      <w:r w:rsidR="00CF13AC">
        <w:t>Other: _____________________________________</w:t>
      </w:r>
    </w:p>
    <w:p w:rsidR="00CF13AC" w:rsidRDefault="00CF13AC" w:rsidP="00CF13AC"/>
    <w:p w:rsidR="00CF13AC" w:rsidRDefault="00CF13AC" w:rsidP="00CF13AC">
      <w:r>
        <w:rPr>
          <w:b/>
        </w:rPr>
        <w:t>PROJECT TITLE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CF13AC" w:rsidTr="00CE5799">
        <w:tc>
          <w:tcPr>
            <w:tcW w:w="3600" w:type="dxa"/>
          </w:tcPr>
          <w:p w:rsidR="00CF13AC" w:rsidRDefault="00CF13AC" w:rsidP="00CE5799"/>
        </w:tc>
        <w:tc>
          <w:tcPr>
            <w:tcW w:w="5760" w:type="dxa"/>
          </w:tcPr>
          <w:p w:rsidR="00CF13AC" w:rsidRDefault="00CF13AC" w:rsidP="00CE5799"/>
        </w:tc>
      </w:tr>
    </w:tbl>
    <w:p w:rsidR="00CF13AC" w:rsidRDefault="00CF13AC" w:rsidP="00CF13AC">
      <w:pPr>
        <w:rPr>
          <w:b/>
        </w:rPr>
      </w:pPr>
    </w:p>
    <w:p w:rsidR="00CF13AC" w:rsidRDefault="00CF13AC" w:rsidP="00CF13AC">
      <w:r>
        <w:rPr>
          <w:b/>
        </w:rPr>
        <w:t>PROJECT BRIEF DESCRIPTION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  <w:tr w:rsidR="00CF13AC" w:rsidTr="00CE5799">
        <w:trPr>
          <w:trHeight w:val="397"/>
        </w:trPr>
        <w:tc>
          <w:tcPr>
            <w:tcW w:w="9500" w:type="dxa"/>
            <w:vAlign w:val="center"/>
          </w:tcPr>
          <w:p w:rsidR="00CF13AC" w:rsidRDefault="00CF13AC" w:rsidP="00CE5799"/>
        </w:tc>
      </w:tr>
    </w:tbl>
    <w:p w:rsidR="00CF13AC" w:rsidRDefault="00CF13AC">
      <w:pPr>
        <w:rPr>
          <w:b/>
        </w:rPr>
      </w:pPr>
    </w:p>
    <w:p w:rsidR="00B34B52" w:rsidRDefault="00710F46">
      <w:r>
        <w:rPr>
          <w:b/>
        </w:rPr>
        <w:lastRenderedPageBreak/>
        <w:t>DECLARATION</w:t>
      </w:r>
    </w:p>
    <w:p w:rsidR="00B34B52" w:rsidRDefault="00710F46">
      <w:r>
        <w:t>The Sending Institution hereby confirms the submission and validity of this application.</w:t>
      </w:r>
    </w:p>
    <w:p w:rsidR="00CF13AC" w:rsidRDefault="00CF13AC"/>
    <w:p w:rsidR="006120B9" w:rsidRDefault="006120B9"/>
    <w:p w:rsidR="008574D3" w:rsidRDefault="006120B9" w:rsidP="006120B9">
      <w:pPr>
        <w:jc w:val="center"/>
      </w:pPr>
      <w:r>
        <w:t>Coordinator Signature</w:t>
      </w:r>
    </w:p>
    <w:p w:rsidR="00CF13AC" w:rsidRDefault="00CF13AC" w:rsidP="006120B9">
      <w:pPr>
        <w:jc w:val="center"/>
      </w:pPr>
    </w:p>
    <w:p w:rsidR="006120B9" w:rsidRDefault="006120B9" w:rsidP="006120B9">
      <w:pPr>
        <w:jc w:val="center"/>
      </w:pPr>
      <w:r>
        <w:t>Date</w:t>
      </w:r>
    </w:p>
    <w:sectPr w:rsidR="006120B9" w:rsidSect="005A4029">
      <w:headerReference w:type="default" r:id="rId8"/>
      <w:pgSz w:w="12240" w:h="15840"/>
      <w:pgMar w:top="1440" w:right="1080" w:bottom="12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DCA" w:rsidRDefault="00CC6DCA" w:rsidP="00EF6983">
      <w:pPr>
        <w:spacing w:after="0" w:line="240" w:lineRule="auto"/>
      </w:pPr>
      <w:r>
        <w:separator/>
      </w:r>
    </w:p>
  </w:endnote>
  <w:endnote w:type="continuationSeparator" w:id="0">
    <w:p w:rsidR="00CC6DCA" w:rsidRDefault="00CC6DCA" w:rsidP="00EF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DCA" w:rsidRDefault="00CC6DCA" w:rsidP="00EF6983">
      <w:pPr>
        <w:spacing w:after="0" w:line="240" w:lineRule="auto"/>
      </w:pPr>
      <w:r>
        <w:separator/>
      </w:r>
    </w:p>
  </w:footnote>
  <w:footnote w:type="continuationSeparator" w:id="0">
    <w:p w:rsidR="00CC6DCA" w:rsidRDefault="00CC6DCA" w:rsidP="00EF6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5953"/>
    </w:tblGrid>
    <w:tr w:rsidR="00EF6983" w:rsidRPr="005E376C" w:rsidTr="00C17F18">
      <w:trPr>
        <w:trHeight w:val="1274"/>
      </w:trPr>
      <w:tc>
        <w:tcPr>
          <w:tcW w:w="3898" w:type="dxa"/>
        </w:tcPr>
        <w:p w:rsidR="00EF6983" w:rsidRPr="005E376C" w:rsidRDefault="00EF6983" w:rsidP="00EF6983">
          <w:pPr>
            <w:spacing w:after="0" w:line="240" w:lineRule="auto"/>
            <w:rPr>
              <w:rFonts w:ascii="Book Antiqua" w:eastAsia="Batang" w:hAnsi="Book Antiqua" w:cs="Times New Roman"/>
              <w:lang w:eastAsia="pt-BR"/>
            </w:rPr>
          </w:pPr>
          <w:r>
            <w:rPr>
              <w:rFonts w:ascii="Book Antiqua" w:eastAsia="Batang" w:hAnsi="Book Antiqua" w:cs="Times New Roman"/>
              <w:noProof/>
              <w:lang w:val="pt-BR" w:eastAsia="pt-BR"/>
            </w:rPr>
            <w:drawing>
              <wp:anchor distT="0" distB="0" distL="114300" distR="114300" simplePos="0" relativeHeight="251658240" behindDoc="1" locked="0" layoutInCell="1" allowOverlap="1" wp14:anchorId="7B402C44" wp14:editId="67EF2410">
                <wp:simplePos x="0" y="0"/>
                <wp:positionH relativeFrom="column">
                  <wp:posOffset>114300</wp:posOffset>
                </wp:positionH>
                <wp:positionV relativeFrom="paragraph">
                  <wp:posOffset>107950</wp:posOffset>
                </wp:positionV>
                <wp:extent cx="2137410" cy="582295"/>
                <wp:effectExtent l="0" t="0" r="0" b="8255"/>
                <wp:wrapNone/>
                <wp:docPr id="22" name="Imagem 22" descr="Inatel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atel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741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F6983" w:rsidRPr="005E376C" w:rsidRDefault="00EF6983" w:rsidP="00EF6983">
          <w:pPr>
            <w:spacing w:after="0" w:line="240" w:lineRule="auto"/>
            <w:rPr>
              <w:rFonts w:ascii="Book Antiqua" w:eastAsia="Batang" w:hAnsi="Book Antiqua" w:cs="Times New Roman"/>
              <w:lang w:eastAsia="pt-BR"/>
            </w:rPr>
          </w:pPr>
        </w:p>
      </w:tc>
      <w:tc>
        <w:tcPr>
          <w:tcW w:w="5953" w:type="dxa"/>
          <w:vAlign w:val="center"/>
        </w:tcPr>
        <w:p w:rsidR="00EF6983" w:rsidRPr="005E376C" w:rsidRDefault="007F59F6" w:rsidP="00EF6983">
          <w:pPr>
            <w:keepNext/>
            <w:spacing w:after="0" w:line="240" w:lineRule="auto"/>
            <w:jc w:val="center"/>
            <w:outlineLvl w:val="0"/>
            <w:rPr>
              <w:rFonts w:ascii="Book Antiqua" w:eastAsia="Batang" w:hAnsi="Book Antiqua" w:cs="Times New Roman"/>
              <w:b/>
              <w:bCs/>
              <w:i/>
              <w:lang w:val="en" w:eastAsia="pt-BR"/>
            </w:rPr>
          </w:pPr>
          <w:r>
            <w:rPr>
              <w:b/>
              <w:sz w:val="32"/>
            </w:rPr>
            <w:t xml:space="preserve">ANEXO III - </w:t>
          </w:r>
          <w:r w:rsidR="00EF6983" w:rsidRPr="001D1285">
            <w:rPr>
              <w:b/>
              <w:sz w:val="32"/>
            </w:rPr>
            <w:t>FETIN APPLICATION FORM</w:t>
          </w:r>
        </w:p>
      </w:tc>
    </w:tr>
  </w:tbl>
  <w:p w:rsidR="00EF6983" w:rsidRDefault="00EF698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B453F"/>
    <w:multiLevelType w:val="hybridMultilevel"/>
    <w:tmpl w:val="C6649B50"/>
    <w:lvl w:ilvl="0" w:tplc="B606AE9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1285"/>
    <w:rsid w:val="0029639D"/>
    <w:rsid w:val="002B5220"/>
    <w:rsid w:val="00326F90"/>
    <w:rsid w:val="003406F1"/>
    <w:rsid w:val="00440F0B"/>
    <w:rsid w:val="005A4029"/>
    <w:rsid w:val="006120B9"/>
    <w:rsid w:val="00710F46"/>
    <w:rsid w:val="007F59F6"/>
    <w:rsid w:val="008574D3"/>
    <w:rsid w:val="00877099"/>
    <w:rsid w:val="00AA1D8D"/>
    <w:rsid w:val="00B34B52"/>
    <w:rsid w:val="00B47730"/>
    <w:rsid w:val="00C17F18"/>
    <w:rsid w:val="00CB0664"/>
    <w:rsid w:val="00CC6DCA"/>
    <w:rsid w:val="00CF13AC"/>
    <w:rsid w:val="00EB4DC4"/>
    <w:rsid w:val="00EF6983"/>
    <w:rsid w:val="00F74D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729B03D-7C44-4FF9-910F-8836F39D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029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oEspaoReservado">
    <w:name w:val="Placeholder Text"/>
    <w:basedOn w:val="Fontepargpadro"/>
    <w:uiPriority w:val="99"/>
    <w:semiHidden/>
    <w:rsid w:val="006120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2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Inatel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035607-4BE2-4CE4-930A-897176AF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291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Polyana Carolyn Teixeira Santos</cp:lastModifiedBy>
  <cp:revision>7</cp:revision>
  <dcterms:created xsi:type="dcterms:W3CDTF">2026-03-26T19:42:00Z</dcterms:created>
  <dcterms:modified xsi:type="dcterms:W3CDTF">2026-03-30T18:41:00Z</dcterms:modified>
  <cp:category/>
</cp:coreProperties>
</file>